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E2DF5" w14:textId="77777777" w:rsidR="00CE3717" w:rsidRDefault="00000000">
      <w:pPr>
        <w:jc w:val="right"/>
      </w:pPr>
      <w:r>
        <w:rPr>
          <w:b/>
          <w:sz w:val="28"/>
        </w:rPr>
        <w:t>السيرة الذاتية</w:t>
      </w:r>
    </w:p>
    <w:p w14:paraId="0BF5D012" w14:textId="77777777" w:rsidR="00CE3717" w:rsidRDefault="00000000">
      <w:pPr>
        <w:jc w:val="right"/>
      </w:pPr>
      <w:r>
        <w:rPr>
          <w:b/>
          <w:sz w:val="28"/>
        </w:rPr>
        <w:t>البيانات الشخصية:</w:t>
      </w:r>
    </w:p>
    <w:p w14:paraId="703C01A0" w14:textId="77777777" w:rsidR="00CE3717" w:rsidRDefault="00000000">
      <w:pPr>
        <w:jc w:val="right"/>
      </w:pPr>
      <w:r>
        <w:t>الاسم: محمد محمد محمود المعصراوي</w:t>
      </w:r>
    </w:p>
    <w:p w14:paraId="49175514" w14:textId="77777777" w:rsidR="00CE3717" w:rsidRDefault="00000000">
      <w:pPr>
        <w:jc w:val="right"/>
      </w:pPr>
      <w:r>
        <w:t>تاريخ الميلاد: 2 فبراير 1987</w:t>
      </w:r>
    </w:p>
    <w:p w14:paraId="1F27C725" w14:textId="77777777" w:rsidR="00CE3717" w:rsidRDefault="00000000">
      <w:pPr>
        <w:jc w:val="right"/>
      </w:pPr>
      <w:r>
        <w:t>الجنسية: مصري</w:t>
      </w:r>
    </w:p>
    <w:p w14:paraId="540F98FA" w14:textId="77777777" w:rsidR="00CE3717" w:rsidRDefault="00000000">
      <w:pPr>
        <w:jc w:val="right"/>
      </w:pPr>
      <w:r>
        <w:t>الحالة الاجتماعية: متزوج</w:t>
      </w:r>
    </w:p>
    <w:p w14:paraId="756C940C" w14:textId="77777777" w:rsidR="00CE3717" w:rsidRDefault="00000000">
      <w:pPr>
        <w:jc w:val="right"/>
      </w:pPr>
      <w:r>
        <w:t>مكان الإقامة: الطائف – المملكة العربية السعودية</w:t>
      </w:r>
    </w:p>
    <w:p w14:paraId="61787968" w14:textId="77777777" w:rsidR="00CE3717" w:rsidRDefault="00000000">
      <w:pPr>
        <w:jc w:val="right"/>
      </w:pPr>
      <w:r>
        <w:t>رقم الجوال: 0543471383</w:t>
      </w:r>
    </w:p>
    <w:p w14:paraId="65D67E18" w14:textId="77777777" w:rsidR="00CE3717" w:rsidRDefault="00000000">
      <w:pPr>
        <w:jc w:val="right"/>
      </w:pPr>
      <w:r>
        <w:t>واتساب: +201555401786</w:t>
      </w:r>
    </w:p>
    <w:p w14:paraId="70B04D76" w14:textId="15D495B0" w:rsidR="00CE3717" w:rsidRPr="00CB2ABD" w:rsidRDefault="00CB2ABD">
      <w:pPr>
        <w:jc w:val="right"/>
        <w:rPr>
          <w:lang w:val="en-GB"/>
        </w:rPr>
      </w:pPr>
      <w:r>
        <w:t>m.ma3srawy “gmai.com :</w:t>
      </w:r>
      <w:r w:rsidR="00000000">
        <w:t>البريد الإلكتروني</w:t>
      </w:r>
    </w:p>
    <w:p w14:paraId="3698938A" w14:textId="77777777" w:rsidR="00CE3717" w:rsidRDefault="00000000">
      <w:pPr>
        <w:jc w:val="right"/>
      </w:pPr>
      <w:r>
        <w:rPr>
          <w:b/>
          <w:sz w:val="28"/>
        </w:rPr>
        <w:t>الهدف المهني:</w:t>
      </w:r>
    </w:p>
    <w:p w14:paraId="1660EFB9" w14:textId="77777777" w:rsidR="00CE3717" w:rsidRDefault="00000000">
      <w:pPr>
        <w:jc w:val="right"/>
      </w:pPr>
      <w:r>
        <w:t>محاسب محترف بخبرة تزيد عن 14 عامًا في مختلف المجالات المحاسبية داخل مصر والمملكة العربية السعودية، متخصص في إعداد التقارير المالية، وتحليل البيانات، والتعامل مع الأنظمة المحاسبية المختلفة. أطمح للانضمام إلى فريق عمل احترافي أستثمر فيه خبراتي وأسهم في تحقيق أهداف المؤسسة بكفاءة ودقة.</w:t>
      </w:r>
    </w:p>
    <w:p w14:paraId="1FD956D7" w14:textId="77777777" w:rsidR="00CE3717" w:rsidRDefault="00000000">
      <w:pPr>
        <w:jc w:val="right"/>
      </w:pPr>
      <w:r>
        <w:rPr>
          <w:b/>
          <w:sz w:val="28"/>
        </w:rPr>
        <w:t>المؤهلات العلمية:</w:t>
      </w:r>
    </w:p>
    <w:p w14:paraId="6FE52648" w14:textId="77777777" w:rsidR="00CE3717" w:rsidRDefault="00000000">
      <w:pPr>
        <w:jc w:val="right"/>
      </w:pPr>
      <w:r>
        <w:t>بكالوريوس تجارة – شعبة محاسبة</w:t>
      </w:r>
    </w:p>
    <w:p w14:paraId="44FA907E" w14:textId="77777777" w:rsidR="00CE3717" w:rsidRDefault="00000000">
      <w:pPr>
        <w:jc w:val="right"/>
      </w:pPr>
      <w:r>
        <w:t>جامعة المنصورة – مصر</w:t>
      </w:r>
    </w:p>
    <w:p w14:paraId="5B8600D2" w14:textId="77777777" w:rsidR="00CE3717" w:rsidRDefault="00000000">
      <w:pPr>
        <w:jc w:val="right"/>
      </w:pPr>
      <w:r>
        <w:t>سنة التخرج: 2010</w:t>
      </w:r>
    </w:p>
    <w:p w14:paraId="3EDA6A55" w14:textId="77777777" w:rsidR="00CE3717" w:rsidRDefault="00000000">
      <w:pPr>
        <w:jc w:val="right"/>
      </w:pPr>
      <w:r>
        <w:rPr>
          <w:b/>
          <w:sz w:val="28"/>
        </w:rPr>
        <w:t>الخبرات العملية:</w:t>
      </w:r>
    </w:p>
    <w:p w14:paraId="5C2E03E3" w14:textId="77777777" w:rsidR="00CE3717" w:rsidRDefault="00000000">
      <w:pPr>
        <w:jc w:val="right"/>
      </w:pPr>
      <w:r>
        <w:t>محاسب – مجموعة عبد الله شيبان الدوسري للمقاولات والنقليات (الدمام – السعودية) | 2023 – حتى الآن</w:t>
      </w:r>
    </w:p>
    <w:p w14:paraId="6C580077" w14:textId="77777777" w:rsidR="00CE3717" w:rsidRDefault="00000000">
      <w:pPr>
        <w:jc w:val="right"/>
      </w:pPr>
      <w:r>
        <w:t>محاسب – شركة أولاد عامر لاستيراد وتجارة الأقمشة (مصر) | 2020 – 2023</w:t>
      </w:r>
    </w:p>
    <w:p w14:paraId="0716CFBE" w14:textId="77777777" w:rsidR="00CE3717" w:rsidRDefault="00000000">
      <w:pPr>
        <w:jc w:val="right"/>
      </w:pPr>
      <w:r>
        <w:t>محاسب – شركة الحلول الهندسية الذكية للمقاولات (الرياض – السعودية) | 2019 – 2020</w:t>
      </w:r>
    </w:p>
    <w:p w14:paraId="112C5EE7" w14:textId="77777777" w:rsidR="00CE3717" w:rsidRDefault="00000000">
      <w:pPr>
        <w:jc w:val="right"/>
      </w:pPr>
      <w:r>
        <w:t>محاسب – مصانع السلطان للخرسانة الجاهزة والبلوك (خميس مشيط – السعودية) | 2016 – 2019</w:t>
      </w:r>
    </w:p>
    <w:p w14:paraId="6E418434" w14:textId="77777777" w:rsidR="00CE3717" w:rsidRDefault="00000000">
      <w:pPr>
        <w:jc w:val="right"/>
      </w:pPr>
      <w:r>
        <w:t>محاسب – شركة الموجي لاستيراد قطع غيار السيارات (مصر) | 2013 – 2015</w:t>
      </w:r>
    </w:p>
    <w:p w14:paraId="6279B93F" w14:textId="77777777" w:rsidR="00CE3717" w:rsidRDefault="00000000">
      <w:pPr>
        <w:jc w:val="right"/>
      </w:pPr>
      <w:r>
        <w:t>محاسب – شركة الطرشوبي للأدوية (مصر) | 2010 – 2012</w:t>
      </w:r>
    </w:p>
    <w:p w14:paraId="72C4978D" w14:textId="77777777" w:rsidR="00CE3717" w:rsidRDefault="00000000">
      <w:pPr>
        <w:jc w:val="right"/>
      </w:pPr>
      <w:r>
        <w:rPr>
          <w:b/>
          <w:sz w:val="28"/>
        </w:rPr>
        <w:lastRenderedPageBreak/>
        <w:t>المهارات:</w:t>
      </w:r>
    </w:p>
    <w:p w14:paraId="7AF6EB1D" w14:textId="77777777" w:rsidR="00CE3717" w:rsidRDefault="00000000">
      <w:pPr>
        <w:jc w:val="right"/>
      </w:pPr>
      <w:r>
        <w:t>- إجادة تامة لبرنامج Excel وتحليل البيانات</w:t>
      </w:r>
    </w:p>
    <w:p w14:paraId="6DA6B124" w14:textId="77777777" w:rsidR="00CE3717" w:rsidRDefault="00000000">
      <w:pPr>
        <w:jc w:val="right"/>
      </w:pPr>
      <w:r>
        <w:t>- العمل على برامج محاسبية متعددة (Double Click، الملاذ)</w:t>
      </w:r>
    </w:p>
    <w:p w14:paraId="2EE6AACA" w14:textId="77777777" w:rsidR="00CE3717" w:rsidRDefault="00000000">
      <w:pPr>
        <w:jc w:val="right"/>
      </w:pPr>
      <w:r>
        <w:t>- قدرة عالية على التعلم السريع لأي نظام محاسبي</w:t>
      </w:r>
    </w:p>
    <w:p w14:paraId="6232D2D5" w14:textId="77777777" w:rsidR="00CE3717" w:rsidRDefault="00000000">
      <w:pPr>
        <w:jc w:val="right"/>
      </w:pPr>
      <w:r>
        <w:t>- إعداد الميزانيات، التسويات البنكية، والتقارير</w:t>
      </w:r>
    </w:p>
    <w:p w14:paraId="52CF3235" w14:textId="77777777" w:rsidR="00CE3717" w:rsidRDefault="00000000">
      <w:pPr>
        <w:jc w:val="right"/>
      </w:pPr>
      <w:r>
        <w:t>- مهارات تنظيمية واهتمام بالتفاصيل</w:t>
      </w:r>
    </w:p>
    <w:p w14:paraId="71C60C9E" w14:textId="77777777" w:rsidR="00CE3717" w:rsidRDefault="00000000">
      <w:pPr>
        <w:jc w:val="right"/>
      </w:pPr>
      <w:r>
        <w:t>- القدرة على العمل تحت الضغط</w:t>
      </w:r>
    </w:p>
    <w:p w14:paraId="55DF02C8" w14:textId="77777777" w:rsidR="00CE3717" w:rsidRDefault="00000000">
      <w:pPr>
        <w:jc w:val="right"/>
      </w:pPr>
      <w:r>
        <w:rPr>
          <w:b/>
          <w:sz w:val="28"/>
        </w:rPr>
        <w:t>الدورات التدريبية:</w:t>
      </w:r>
    </w:p>
    <w:p w14:paraId="677A9662" w14:textId="77777777" w:rsidR="00CE3717" w:rsidRDefault="00000000">
      <w:pPr>
        <w:jc w:val="right"/>
      </w:pPr>
      <w:r>
        <w:t>- دورة إعداد المحاسبين</w:t>
      </w:r>
    </w:p>
    <w:p w14:paraId="64E824BC" w14:textId="77777777" w:rsidR="00CE3717" w:rsidRDefault="00000000">
      <w:pPr>
        <w:jc w:val="right"/>
      </w:pPr>
      <w:r>
        <w:t>- دراسة CMA</w:t>
      </w:r>
    </w:p>
    <w:p w14:paraId="38D63928" w14:textId="77777777" w:rsidR="00CE3717" w:rsidRDefault="00000000">
      <w:pPr>
        <w:jc w:val="right"/>
      </w:pPr>
      <w:r>
        <w:t>- دورة إعداد التقارير المالية</w:t>
      </w:r>
    </w:p>
    <w:p w14:paraId="0D5B8CD9" w14:textId="77777777" w:rsidR="00CE3717" w:rsidRDefault="00000000">
      <w:pPr>
        <w:jc w:val="right"/>
      </w:pPr>
      <w:r>
        <w:t>- دورة إدارة الوقت</w:t>
      </w:r>
    </w:p>
    <w:p w14:paraId="0C372818" w14:textId="77777777" w:rsidR="00CE3717" w:rsidRDefault="00000000">
      <w:pPr>
        <w:jc w:val="right"/>
      </w:pPr>
      <w:r>
        <w:rPr>
          <w:b/>
          <w:sz w:val="28"/>
        </w:rPr>
        <w:t>اللغات:</w:t>
      </w:r>
    </w:p>
    <w:p w14:paraId="3B09CA3B" w14:textId="77777777" w:rsidR="00CE3717" w:rsidRDefault="00000000">
      <w:pPr>
        <w:jc w:val="right"/>
      </w:pPr>
      <w:r>
        <w:t>- العربية: اللغة الأم</w:t>
      </w:r>
    </w:p>
    <w:p w14:paraId="01A0050A" w14:textId="77777777" w:rsidR="00CE3717" w:rsidRDefault="00000000">
      <w:pPr>
        <w:jc w:val="right"/>
      </w:pPr>
      <w:r>
        <w:t>- الإنجليزية: جيد جدًا</w:t>
      </w:r>
    </w:p>
    <w:p w14:paraId="72EE0EAC" w14:textId="77777777" w:rsidR="00CE3717" w:rsidRDefault="00000000">
      <w:pPr>
        <w:jc w:val="right"/>
      </w:pPr>
      <w:r>
        <w:rPr>
          <w:b/>
          <w:sz w:val="28"/>
        </w:rPr>
        <w:t>المراجع:</w:t>
      </w:r>
    </w:p>
    <w:p w14:paraId="31B5C59C" w14:textId="77777777" w:rsidR="00CE3717" w:rsidRDefault="00000000">
      <w:pPr>
        <w:jc w:val="right"/>
      </w:pPr>
      <w:r>
        <w:t>متاحة عند الطلب</w:t>
      </w:r>
    </w:p>
    <w:sectPr w:rsidR="00CE371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77653972">
    <w:abstractNumId w:val="8"/>
  </w:num>
  <w:num w:numId="2" w16cid:durableId="1654018674">
    <w:abstractNumId w:val="6"/>
  </w:num>
  <w:num w:numId="3" w16cid:durableId="102266539">
    <w:abstractNumId w:val="5"/>
  </w:num>
  <w:num w:numId="4" w16cid:durableId="2025086572">
    <w:abstractNumId w:val="4"/>
  </w:num>
  <w:num w:numId="5" w16cid:durableId="1435980350">
    <w:abstractNumId w:val="7"/>
  </w:num>
  <w:num w:numId="6" w16cid:durableId="2009556530">
    <w:abstractNumId w:val="3"/>
  </w:num>
  <w:num w:numId="7" w16cid:durableId="1140729979">
    <w:abstractNumId w:val="2"/>
  </w:num>
  <w:num w:numId="8" w16cid:durableId="25371393">
    <w:abstractNumId w:val="1"/>
  </w:num>
  <w:num w:numId="9" w16cid:durableId="399257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47730"/>
    <w:rsid w:val="00CB0664"/>
    <w:rsid w:val="00CB2ABD"/>
    <w:rsid w:val="00CE371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E2E8B2"/>
  <w14:defaultImageDpi w14:val="300"/>
  <w15:docId w15:val="{504BFE90-5E54-4977-B7B7-4555EE32E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233</Words>
  <Characters>1329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3</cp:revision>
  <dcterms:created xsi:type="dcterms:W3CDTF">2013-12-23T23:15:00Z</dcterms:created>
  <dcterms:modified xsi:type="dcterms:W3CDTF">2025-10-26T13:14:00Z</dcterms:modified>
  <cp:category/>
</cp:coreProperties>
</file>