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D3FFF7" w14:textId="77777777" w:rsidR="008D1EF8" w:rsidRDefault="0045780D">
      <w:pPr>
        <w:pStyle w:val="1"/>
      </w:pPr>
      <w:r>
        <w:t>Curriculum Vitae</w:t>
      </w:r>
    </w:p>
    <w:p w14:paraId="0B0F73E9" w14:textId="77777777" w:rsidR="008D1EF8" w:rsidRDefault="0045780D">
      <w:pPr>
        <w:pStyle w:val="21"/>
      </w:pPr>
      <w:r>
        <w:t>Personal Information</w:t>
      </w:r>
    </w:p>
    <w:p w14:paraId="6ADE6891" w14:textId="77777777" w:rsidR="008D1EF8" w:rsidRDefault="0045780D">
      <w:r>
        <w:t>Name: Ahmad Hassan Mahmoud Elayan</w:t>
      </w:r>
    </w:p>
    <w:p w14:paraId="715E61FB" w14:textId="77777777" w:rsidR="008D1EF8" w:rsidRDefault="0045780D">
      <w:r>
        <w:t>Date of Birth: 31/12/1991</w:t>
      </w:r>
    </w:p>
    <w:p w14:paraId="4CE1DC2F" w14:textId="77777777" w:rsidR="008D1EF8" w:rsidRDefault="0045780D">
      <w:r>
        <w:t>Place of Birth: Gaza, Palestine</w:t>
      </w:r>
    </w:p>
    <w:p w14:paraId="0FC8D69C" w14:textId="77777777" w:rsidR="008D1EF8" w:rsidRDefault="0045780D">
      <w:r>
        <w:t>Marital Status: Married</w:t>
      </w:r>
    </w:p>
    <w:p w14:paraId="26DDE8DA" w14:textId="77777777" w:rsidR="008D1EF8" w:rsidRDefault="0045780D">
      <w:r>
        <w:t>Address: Osama Bin Zaid Street, Sheikh Radwan Neighborhood, Gaza, Palestine</w:t>
      </w:r>
    </w:p>
    <w:p w14:paraId="2A3AC64B" w14:textId="77777777" w:rsidR="008D1EF8" w:rsidRDefault="0045780D">
      <w:r>
        <w:t>Temporary Address: Al-Qarara West, Khan Yunis</w:t>
      </w:r>
    </w:p>
    <w:p w14:paraId="2BD5EF95" w14:textId="77777777" w:rsidR="008D1EF8" w:rsidRDefault="0045780D">
      <w:r>
        <w:t>Mobile Number: 0598366639</w:t>
      </w:r>
    </w:p>
    <w:p w14:paraId="4954F3C8" w14:textId="77777777" w:rsidR="008D1EF8" w:rsidRDefault="0045780D">
      <w:r>
        <w:t>Alternative Number: 0567181395</w:t>
      </w:r>
    </w:p>
    <w:p w14:paraId="5B191287" w14:textId="77777777" w:rsidR="008D1EF8" w:rsidRDefault="0045780D">
      <w:r>
        <w:t>Email: Ahmedelayan26@gmail.com</w:t>
      </w:r>
    </w:p>
    <w:p w14:paraId="6BE89AD5" w14:textId="77777777" w:rsidR="008D1EF8" w:rsidRDefault="0045780D">
      <w:pPr>
        <w:pStyle w:val="21"/>
      </w:pPr>
      <w:r>
        <w:t>Education</w:t>
      </w:r>
    </w:p>
    <w:p w14:paraId="5588DCC2" w14:textId="77777777" w:rsidR="008D1EF8" w:rsidRDefault="0045780D">
      <w:r>
        <w:t>Bachelor's Degree in Accounting, Overall Grade: 'Good'</w:t>
      </w:r>
      <w:r>
        <w:br/>
        <w:t>University: Al-Azhar University in Gaza</w:t>
      </w:r>
      <w:r>
        <w:br/>
        <w:t>Graduation Date: June 2014</w:t>
      </w:r>
    </w:p>
    <w:p w14:paraId="7E89D038" w14:textId="77777777" w:rsidR="008D1EF8" w:rsidRDefault="0045780D">
      <w:pPr>
        <w:pStyle w:val="21"/>
        <w:rPr>
          <w:lang/>
        </w:rPr>
      </w:pPr>
      <w:r>
        <w:t>Work Experience</w:t>
      </w:r>
    </w:p>
    <w:p w14:paraId="0805FB12" w14:textId="77777777" w:rsidR="0045780D" w:rsidRDefault="0045780D" w:rsidP="0045780D">
      <w:pPr>
        <w:pStyle w:val="a0"/>
      </w:pPr>
      <w:r>
        <w:t>Al-Hawi Chips and Soft Drinks Company</w:t>
      </w:r>
      <w:r>
        <w:br/>
        <w:t>Title: Accountant / Sales - Cashier, Supplier and Customer Account Reconciliation (Mumtaz Program)</w:t>
      </w:r>
      <w:r>
        <w:br/>
        <w:t>Duration: 24 August 2015 to Present</w:t>
      </w:r>
    </w:p>
    <w:p w14:paraId="687D8547" w14:textId="77777777" w:rsidR="0045780D" w:rsidRPr="0045780D" w:rsidRDefault="0045780D" w:rsidP="0045780D">
      <w:pPr>
        <w:pStyle w:val="a0"/>
      </w:pPr>
      <w:proofErr w:type="spellStart"/>
      <w:r>
        <w:t>Mazaj</w:t>
      </w:r>
      <w:proofErr w:type="spellEnd"/>
      <w:r>
        <w:t xml:space="preserve"> Company</w:t>
      </w:r>
      <w:r>
        <w:br/>
        <w:t>Title: Cashier</w:t>
      </w:r>
      <w:r>
        <w:br/>
        <w:t>Duration: January 2017 to February 2018 (Resigned)</w:t>
      </w:r>
    </w:p>
    <w:p w14:paraId="326EE749" w14:textId="77777777" w:rsidR="0045780D" w:rsidRPr="0045780D" w:rsidRDefault="0045780D" w:rsidP="0045780D">
      <w:pPr>
        <w:pStyle w:val="a0"/>
      </w:pPr>
      <w:r>
        <w:t>National Association for Children with Cancer</w:t>
      </w:r>
      <w:r>
        <w:br/>
        <w:t>Title: Administrative Assistant (Trainee)</w:t>
      </w:r>
      <w:r>
        <w:br/>
        <w:t>Duration: 20 October 2015 to 21 April 2016</w:t>
      </w:r>
    </w:p>
    <w:p w14:paraId="63ABA3F9" w14:textId="77777777" w:rsidR="0045780D" w:rsidRDefault="0045780D" w:rsidP="0045780D">
      <w:pPr>
        <w:pStyle w:val="a0"/>
      </w:pPr>
      <w:r>
        <w:t>Nassar Accounting Office</w:t>
      </w:r>
      <w:r>
        <w:br/>
        <w:t>Title: Accountant (Trainee)</w:t>
      </w:r>
      <w:r>
        <w:br/>
        <w:t>Duration: 15 May 2014 to 26 May 2015</w:t>
      </w:r>
    </w:p>
    <w:p w14:paraId="4ABE7A19" w14:textId="77777777" w:rsidR="0045780D" w:rsidRDefault="0045780D">
      <w:pPr>
        <w:pStyle w:val="a0"/>
      </w:pPr>
    </w:p>
    <w:p w14:paraId="085EE77A" w14:textId="77777777" w:rsidR="008D1EF8" w:rsidRDefault="0045780D">
      <w:pPr>
        <w:pStyle w:val="21"/>
      </w:pPr>
      <w:r>
        <w:t>Training Courses</w:t>
      </w:r>
    </w:p>
    <w:p w14:paraId="3BE2F75B" w14:textId="77777777" w:rsidR="008D1EF8" w:rsidRDefault="0045780D">
      <w:pPr>
        <w:pStyle w:val="a0"/>
      </w:pPr>
      <w:r>
        <w:t>Golden Aseel Software Program</w:t>
      </w:r>
      <w:r>
        <w:br/>
        <w:t>Hours: 36 hours</w:t>
      </w:r>
      <w:r>
        <w:br/>
      </w:r>
      <w:r>
        <w:lastRenderedPageBreak/>
        <w:t>Date: February 2015</w:t>
      </w:r>
      <w:r>
        <w:br/>
        <w:t>Location: Arab Center for Languages and IT</w:t>
      </w:r>
    </w:p>
    <w:p w14:paraId="0D383534" w14:textId="77777777" w:rsidR="008D1EF8" w:rsidRDefault="0045780D">
      <w:pPr>
        <w:pStyle w:val="a0"/>
      </w:pPr>
      <w:r>
        <w:t>Smart Accountant Program</w:t>
      </w:r>
      <w:r>
        <w:br/>
        <w:t>Hours: 24 hours</w:t>
      </w:r>
      <w:r>
        <w:br/>
        <w:t>Date: March 2015</w:t>
      </w:r>
      <w:r>
        <w:br/>
        <w:t>Location: Association of Accountants and Auditors</w:t>
      </w:r>
    </w:p>
    <w:p w14:paraId="405DC8E2" w14:textId="77777777" w:rsidR="008D1EF8" w:rsidRDefault="0045780D">
      <w:pPr>
        <w:pStyle w:val="a0"/>
      </w:pPr>
      <w:r>
        <w:t>Communication and Interpersonal Skills</w:t>
      </w:r>
      <w:r>
        <w:br/>
        <w:t>Hours: 6 hours</w:t>
      </w:r>
      <w:r>
        <w:br/>
        <w:t>Date: November 2015</w:t>
      </w:r>
      <w:r>
        <w:br/>
        <w:t>Location: National Association for Children with Cancer</w:t>
      </w:r>
    </w:p>
    <w:p w14:paraId="68F05A65" w14:textId="77777777" w:rsidR="008D1EF8" w:rsidRDefault="0045780D">
      <w:pPr>
        <w:pStyle w:val="a0"/>
      </w:pPr>
      <w:r>
        <w:t>ICDL Certification</w:t>
      </w:r>
      <w:r>
        <w:br/>
        <w:t>Hours: 40 hours</w:t>
      </w:r>
      <w:r>
        <w:br/>
        <w:t>Date: June 2015</w:t>
      </w:r>
      <w:r>
        <w:br/>
        <w:t>Location: National Association for Children with Cancer</w:t>
      </w:r>
    </w:p>
    <w:p w14:paraId="67C8BBCA" w14:textId="77777777" w:rsidR="008D1EF8" w:rsidRDefault="0045780D">
      <w:pPr>
        <w:pStyle w:val="a0"/>
      </w:pPr>
      <w:r>
        <w:t>Mumtaz Program</w:t>
      </w:r>
      <w:r>
        <w:br/>
        <w:t>Hours: Good knowledge through practical experience at Al-Hawi Company</w:t>
      </w:r>
      <w:r>
        <w:br/>
        <w:t>Date: August 2015</w:t>
      </w:r>
      <w:r>
        <w:br/>
        <w:t>Location: -</w:t>
      </w:r>
    </w:p>
    <w:p w14:paraId="1AD93231" w14:textId="77777777" w:rsidR="008D1EF8" w:rsidRDefault="0045780D">
      <w:pPr>
        <w:pStyle w:val="a0"/>
      </w:pPr>
      <w:r>
        <w:t>Education for Employment (EFE)</w:t>
      </w:r>
      <w:r>
        <w:br/>
        <w:t>Hours: Life Skills</w:t>
      </w:r>
      <w:r>
        <w:br/>
        <w:t>Date: 50 hours</w:t>
      </w:r>
      <w:r>
        <w:br/>
        <w:t>Location: November 2016</w:t>
      </w:r>
    </w:p>
    <w:p w14:paraId="1967344E" w14:textId="77777777" w:rsidR="008D1EF8" w:rsidRDefault="0045780D">
      <w:pPr>
        <w:pStyle w:val="a0"/>
      </w:pPr>
      <w:r>
        <w:t>Education for Employment (EFE)</w:t>
      </w:r>
      <w:r>
        <w:br/>
        <w:t>Hours: Creativity in Sales Skills</w:t>
      </w:r>
      <w:r>
        <w:br/>
        <w:t>Date: 35 hours</w:t>
      </w:r>
      <w:r>
        <w:br/>
        <w:t>Location: November 2016</w:t>
      </w:r>
    </w:p>
    <w:p w14:paraId="274E5826" w14:textId="77777777" w:rsidR="008D1EF8" w:rsidRDefault="0045780D">
      <w:pPr>
        <w:pStyle w:val="21"/>
      </w:pPr>
      <w:r>
        <w:t>Computer Skills</w:t>
      </w:r>
    </w:p>
    <w:p w14:paraId="03986C0C" w14:textId="77777777" w:rsidR="008D1EF8" w:rsidRDefault="0045780D">
      <w:pPr>
        <w:pStyle w:val="a0"/>
      </w:pPr>
      <w:r>
        <w:t>Proficient in Microsoft Office (Excel, Word, PowerPoint).</w:t>
      </w:r>
    </w:p>
    <w:p w14:paraId="0975AB5B" w14:textId="77777777" w:rsidR="008D1EF8" w:rsidRDefault="0045780D">
      <w:pPr>
        <w:pStyle w:val="a0"/>
      </w:pPr>
      <w:r>
        <w:t>Skilled in online research using various search engines.</w:t>
      </w:r>
    </w:p>
    <w:p w14:paraId="023B6EDF" w14:textId="77777777" w:rsidR="008D1EF8" w:rsidRDefault="0045780D">
      <w:pPr>
        <w:pStyle w:val="a0"/>
      </w:pPr>
      <w:r>
        <w:t>Proficient in managing social media platforms.</w:t>
      </w:r>
    </w:p>
    <w:p w14:paraId="3D1905F4" w14:textId="77777777" w:rsidR="008D1EF8" w:rsidRDefault="0045780D">
      <w:pPr>
        <w:pStyle w:val="a0"/>
      </w:pPr>
      <w:r>
        <w:t>Fast typing skills in Arabic.</w:t>
      </w:r>
    </w:p>
    <w:p w14:paraId="04062A2D" w14:textId="77777777" w:rsidR="008D1EF8" w:rsidRDefault="0045780D">
      <w:pPr>
        <w:pStyle w:val="21"/>
      </w:pPr>
      <w:r>
        <w:t>Other Skills</w:t>
      </w:r>
    </w:p>
    <w:p w14:paraId="7B8CC43B" w14:textId="77777777" w:rsidR="008D1EF8" w:rsidRDefault="0045780D">
      <w:pPr>
        <w:pStyle w:val="a0"/>
      </w:pPr>
      <w:r>
        <w:t>Ability to work under pressure.</w:t>
      </w:r>
    </w:p>
    <w:p w14:paraId="6250FB00" w14:textId="77777777" w:rsidR="008D1EF8" w:rsidRDefault="0045780D">
      <w:pPr>
        <w:pStyle w:val="a0"/>
      </w:pPr>
      <w:r>
        <w:t>Teamwork and leadership capabilities.</w:t>
      </w:r>
    </w:p>
    <w:p w14:paraId="57BA1AAC" w14:textId="77777777" w:rsidR="008D1EF8" w:rsidRDefault="0045780D">
      <w:pPr>
        <w:pStyle w:val="a0"/>
      </w:pPr>
      <w:r>
        <w:t>Field team management experience.</w:t>
      </w:r>
    </w:p>
    <w:p w14:paraId="199E1300" w14:textId="77777777" w:rsidR="008D1EF8" w:rsidRDefault="0045780D">
      <w:pPr>
        <w:pStyle w:val="a0"/>
      </w:pPr>
      <w:r>
        <w:t>Good knowledge of various accounting methods.</w:t>
      </w:r>
    </w:p>
    <w:p w14:paraId="604BAAA9" w14:textId="77777777" w:rsidR="008D1EF8" w:rsidRDefault="0045780D">
      <w:pPr>
        <w:pStyle w:val="a0"/>
      </w:pPr>
      <w:r>
        <w:t>Ability to apply training in work and specialization.</w:t>
      </w:r>
    </w:p>
    <w:p w14:paraId="51DEF00F" w14:textId="77777777" w:rsidR="008D1EF8" w:rsidRDefault="0045780D">
      <w:pPr>
        <w:pStyle w:val="a0"/>
      </w:pPr>
      <w:r>
        <w:t>Positive communication with the public.</w:t>
      </w:r>
    </w:p>
    <w:p w14:paraId="70AC410B" w14:textId="77777777" w:rsidR="008D1EF8" w:rsidRDefault="0045780D">
      <w:pPr>
        <w:pStyle w:val="21"/>
      </w:pPr>
      <w:r>
        <w:lastRenderedPageBreak/>
        <w:t>Languages</w:t>
      </w:r>
    </w:p>
    <w:p w14:paraId="1B483BC8" w14:textId="77777777" w:rsidR="008D1EF8" w:rsidRDefault="0045780D">
      <w:pPr>
        <w:pStyle w:val="a0"/>
      </w:pPr>
      <w:r>
        <w:t>Arabic</w:t>
      </w:r>
      <w:r>
        <w:br/>
        <w:t>Reading: Excellent, Writing: Excellent, Speaking: Excellent</w:t>
      </w:r>
    </w:p>
    <w:p w14:paraId="3D2A3A01" w14:textId="77777777" w:rsidR="008D1EF8" w:rsidRDefault="0045780D">
      <w:pPr>
        <w:pStyle w:val="a0"/>
      </w:pPr>
      <w:r>
        <w:t>English</w:t>
      </w:r>
      <w:r>
        <w:br/>
        <w:t>Reading: Very Good, Writing: Very Good, Speaking: Fair</w:t>
      </w:r>
    </w:p>
    <w:p w14:paraId="180003BE" w14:textId="77777777" w:rsidR="008D1EF8" w:rsidRDefault="0045780D">
      <w:pPr>
        <w:pStyle w:val="21"/>
      </w:pPr>
      <w:r>
        <w:t>References</w:t>
      </w:r>
    </w:p>
    <w:p w14:paraId="539C5F86" w14:textId="77777777" w:rsidR="008D1EF8" w:rsidRDefault="0045780D">
      <w:pPr>
        <w:pStyle w:val="a0"/>
      </w:pPr>
      <w:r>
        <w:t>Mohammad Zaqout</w:t>
      </w:r>
      <w:r>
        <w:br/>
        <w:t>Manager, Al-Hawi Company</w:t>
      </w:r>
      <w:r>
        <w:br/>
        <w:t>Contact: 0599842999</w:t>
      </w:r>
    </w:p>
    <w:p w14:paraId="310966CE" w14:textId="77777777" w:rsidR="008D1EF8" w:rsidRDefault="0045780D">
      <w:pPr>
        <w:pStyle w:val="a0"/>
      </w:pPr>
      <w:r>
        <w:t>Ahmad Younis</w:t>
      </w:r>
      <w:r>
        <w:br/>
        <w:t>Accountant</w:t>
      </w:r>
      <w:r>
        <w:br/>
        <w:t>Contact: 0598148686</w:t>
      </w:r>
    </w:p>
    <w:sectPr w:rsidR="008D1EF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ambria">
    <w:altName w:val="Baskerville"/>
    <w:panose1 w:val="020B0604020202020204"/>
    <w:charset w:val="00"/>
    <w:family w:val="roman"/>
    <w:pitch w:val="variable"/>
    <w:sig w:usb0="00000001" w:usb1="420024FF" w:usb2="02000000" w:usb3="00000000" w:csb0="0000019F" w:csb1="00000000"/>
  </w:font>
  <w:font w:name="MS Mincho">
    <w:altName w:val="ＭＳ 明朝"/>
    <w:panose1 w:val="020B0604020202020204"/>
    <w:charset w:val="80"/>
    <w:family w:val="roman"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402020202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B06040202020202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7FECE11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19560770">
    <w:abstractNumId w:val="8"/>
  </w:num>
  <w:num w:numId="2" w16cid:durableId="204027158">
    <w:abstractNumId w:val="6"/>
  </w:num>
  <w:num w:numId="3" w16cid:durableId="48379353">
    <w:abstractNumId w:val="5"/>
  </w:num>
  <w:num w:numId="4" w16cid:durableId="1849176376">
    <w:abstractNumId w:val="4"/>
  </w:num>
  <w:num w:numId="5" w16cid:durableId="1047677536">
    <w:abstractNumId w:val="7"/>
  </w:num>
  <w:num w:numId="6" w16cid:durableId="1675036095">
    <w:abstractNumId w:val="3"/>
  </w:num>
  <w:num w:numId="7" w16cid:durableId="1356929270">
    <w:abstractNumId w:val="2"/>
  </w:num>
  <w:num w:numId="8" w16cid:durableId="352651438">
    <w:abstractNumId w:val="1"/>
  </w:num>
  <w:num w:numId="9" w16cid:durableId="537742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9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5780D"/>
    <w:rsid w:val="00472DF5"/>
    <w:rsid w:val="005A312B"/>
    <w:rsid w:val="008D1EF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10A8E34"/>
  <w14:defaultImageDpi w14:val="300"/>
  <w15:docId w15:val="{88705E5F-6AF8-2C42-9835-87A7DE026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العنوان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عنوان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عنوان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العنوان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عنوان فرعي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نص أساسي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نص أساسي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نص أساسي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نص ماكرو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اقتباس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عنوان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عنوان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عنوان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عنوان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عنوان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عنوان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اقتباس مكثف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34F56B4-0598-4248-9032-CBB273177410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371</Words>
  <Characters>2116</Characters>
  <Application>Microsoft Office Word</Application>
  <DocSecurity>0</DocSecurity>
  <Lines>17</Lines>
  <Paragraphs>4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Ahmed-Under</Company>
  <LinksUpToDate>false</LinksUpToDate>
  <CharactersWithSpaces>2483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ا ا</cp:lastModifiedBy>
  <cp:revision>2</cp:revision>
  <dcterms:created xsi:type="dcterms:W3CDTF">2024-11-26T05:36:00Z</dcterms:created>
  <dcterms:modified xsi:type="dcterms:W3CDTF">2024-11-26T05:36:00Z</dcterms:modified>
</cp:coreProperties>
</file>